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344F" w14:textId="77777777" w:rsidR="000272C3" w:rsidRDefault="00000000">
      <w:pPr>
        <w:jc w:val="center"/>
      </w:pPr>
      <w:r>
        <w:rPr>
          <w:b/>
          <w:sz w:val="32"/>
        </w:rPr>
        <w:t>My Planning Summary</w:t>
      </w:r>
    </w:p>
    <w:p w14:paraId="6EF4BFB2" w14:textId="3E565AD2" w:rsidR="000272C3" w:rsidRDefault="00000000">
      <w:r>
        <w:rPr>
          <w:b/>
        </w:rPr>
        <w:t xml:space="preserve">Participant Name: </w:t>
      </w:r>
    </w:p>
    <w:p w14:paraId="3E6AF963" w14:textId="11E6F24C" w:rsidR="000272C3" w:rsidRDefault="00000000">
      <w:r>
        <w:rPr>
          <w:b/>
        </w:rPr>
        <w:t xml:space="preserve">Date of Conversation: </w:t>
      </w:r>
    </w:p>
    <w:p w14:paraId="28EE3032" w14:textId="63EA1670" w:rsidR="000272C3" w:rsidRDefault="00000000">
      <w:r>
        <w:rPr>
          <w:b/>
        </w:rPr>
        <w:t xml:space="preserve">Facilitator: </w:t>
      </w:r>
    </w:p>
    <w:p w14:paraId="54BBB0D9" w14:textId="266BB5CF" w:rsidR="000272C3" w:rsidRDefault="00000000">
      <w:r>
        <w:rPr>
          <w:b/>
        </w:rPr>
        <w:t xml:space="preserve">Location: </w:t>
      </w:r>
    </w:p>
    <w:p w14:paraId="2CA122E9" w14:textId="77777777" w:rsidR="00E17CB6" w:rsidRDefault="00E17CB6">
      <w:pPr>
        <w:spacing w:before="320" w:after="160"/>
        <w:rPr>
          <w:sz w:val="18"/>
        </w:rPr>
      </w:pPr>
    </w:p>
    <w:p w14:paraId="22AE8272" w14:textId="06880E81" w:rsidR="000272C3" w:rsidRDefault="00000000">
      <w:pPr>
        <w:spacing w:before="320" w:after="160"/>
      </w:pPr>
      <w:r>
        <w:rPr>
          <w:b/>
          <w:sz w:val="28"/>
        </w:rPr>
        <w:t>My Health &amp; Care Wishes</w:t>
      </w:r>
    </w:p>
    <w:p w14:paraId="1BCF1CF8" w14:textId="77777777" w:rsidR="000272C3" w:rsidRDefault="00000000">
      <w:pPr>
        <w:spacing w:before="160" w:after="40"/>
      </w:pPr>
      <w:r>
        <w:rPr>
          <w:b/>
        </w:rPr>
        <w:t>Who would you trust to make health decisions for you if you could not speak for yourself?</w:t>
      </w:r>
    </w:p>
    <w:p w14:paraId="7397097E" w14:textId="0D2A87FD" w:rsidR="000272C3" w:rsidRDefault="00000000">
      <w:pPr>
        <w:spacing w:after="80"/>
      </w:pPr>
      <w:r>
        <w:t xml:space="preserve">Primary: </w:t>
      </w:r>
    </w:p>
    <w:p w14:paraId="045417D8" w14:textId="33AFBAD2" w:rsidR="000272C3" w:rsidRDefault="00000000">
      <w:pPr>
        <w:spacing w:after="80"/>
      </w:pPr>
      <w:r>
        <w:t xml:space="preserve">Phone: </w:t>
      </w:r>
    </w:p>
    <w:p w14:paraId="292370B1" w14:textId="779ECFD2" w:rsidR="000272C3" w:rsidRDefault="00000000">
      <w:pPr>
        <w:spacing w:after="80"/>
      </w:pPr>
      <w:r>
        <w:t xml:space="preserve">Back-up: </w:t>
      </w:r>
    </w:p>
    <w:p w14:paraId="4FA70B1E" w14:textId="22979AB6" w:rsidR="000272C3" w:rsidRDefault="00000000">
      <w:pPr>
        <w:spacing w:after="80"/>
      </w:pPr>
      <w:r>
        <w:t xml:space="preserve">Phone: </w:t>
      </w:r>
    </w:p>
    <w:p w14:paraId="56626F6A" w14:textId="77777777" w:rsidR="000272C3" w:rsidRDefault="00000000">
      <w:pPr>
        <w:spacing w:before="160" w:after="40"/>
      </w:pPr>
      <w:r>
        <w:rPr>
          <w:b/>
        </w:rPr>
        <w:t>Summary of what you shared about your values and care priorities:</w:t>
      </w:r>
    </w:p>
    <w:p w14:paraId="022C7FF0" w14:textId="77777777" w:rsidR="00E17CB6" w:rsidRDefault="00E17CB6">
      <w:pPr>
        <w:spacing w:before="160" w:after="40"/>
      </w:pPr>
    </w:p>
    <w:p w14:paraId="0B4F9677" w14:textId="77777777" w:rsidR="00E17CB6" w:rsidRDefault="00E17CB6">
      <w:pPr>
        <w:spacing w:before="160" w:after="40"/>
      </w:pPr>
    </w:p>
    <w:p w14:paraId="09BFAEB9" w14:textId="181F41D0" w:rsidR="000272C3" w:rsidRDefault="00000000">
      <w:pPr>
        <w:spacing w:before="160" w:after="40"/>
      </w:pPr>
      <w:r>
        <w:rPr>
          <w:b/>
        </w:rPr>
        <w:t>Current advance-care planning status:</w:t>
      </w:r>
    </w:p>
    <w:p w14:paraId="199E9A5E" w14:textId="00808CFC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I have a health-care power of attorney or living will (</w:t>
      </w:r>
      <w:proofErr w:type="gramStart"/>
      <w:r w:rsidR="00000000">
        <w:t>up-to-date</w:t>
      </w:r>
      <w:proofErr w:type="gramEnd"/>
      <w:r w:rsidR="00000000">
        <w:t>)</w:t>
      </w:r>
    </w:p>
    <w:p w14:paraId="7494D399" w14:textId="77777777" w:rsidR="000272C3" w:rsidRDefault="00000000">
      <w:pPr>
        <w:spacing w:before="40" w:after="40"/>
      </w:pPr>
      <w:r>
        <w:t>☐ I have documents but need to review/update</w:t>
      </w:r>
    </w:p>
    <w:p w14:paraId="0C86916B" w14:textId="77777777" w:rsidR="000272C3" w:rsidRDefault="00000000">
      <w:pPr>
        <w:spacing w:before="40" w:after="40"/>
      </w:pPr>
      <w:r>
        <w:t>☐ I have not yet completed these documents</w:t>
      </w:r>
    </w:p>
    <w:p w14:paraId="21855A83" w14:textId="77777777" w:rsidR="000272C3" w:rsidRDefault="00000000">
      <w:pPr>
        <w:spacing w:before="160" w:after="40"/>
      </w:pPr>
      <w:r>
        <w:rPr>
          <w:b/>
        </w:rPr>
        <w:t>Treatment preferences we discussed:</w:t>
      </w:r>
    </w:p>
    <w:p w14:paraId="13EE269D" w14:textId="77777777" w:rsidR="000272C3" w:rsidRDefault="00000000">
      <w:pPr>
        <w:spacing w:before="40" w:after="40"/>
      </w:pPr>
      <w:r>
        <w:t>☐ Comfort care only (no machines or resuscitation under any circumstances)</w:t>
      </w:r>
    </w:p>
    <w:p w14:paraId="324C1267" w14:textId="43E87FE0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Full medical treatment if recovery is possible</w:t>
      </w:r>
    </w:p>
    <w:p w14:paraId="2B6ACA31" w14:textId="77777777" w:rsidR="000272C3" w:rsidRDefault="00000000">
      <w:pPr>
        <w:spacing w:before="40" w:after="40"/>
      </w:pPr>
      <w:r>
        <w:t>☐ Conditional: treatment depends on prognosis or quality of life (see details below)</w:t>
      </w:r>
    </w:p>
    <w:p w14:paraId="3ADB8C4C" w14:textId="77777777" w:rsidR="000272C3" w:rsidRDefault="00000000">
      <w:pPr>
        <w:spacing w:before="40" w:after="40"/>
      </w:pPr>
      <w:r>
        <w:t>☐ Unsure / would like more information</w:t>
      </w:r>
    </w:p>
    <w:p w14:paraId="13A218ED" w14:textId="77777777" w:rsidR="000272C3" w:rsidRDefault="00000000">
      <w:pPr>
        <w:spacing w:before="160" w:after="40"/>
      </w:pPr>
      <w:r>
        <w:rPr>
          <w:b/>
        </w:rPr>
        <w:t>Additional details related to treatment preferences that were discussed:</w:t>
      </w:r>
    </w:p>
    <w:p w14:paraId="1567F992" w14:textId="77777777" w:rsidR="006C69F3" w:rsidRDefault="006C69F3">
      <w:pPr>
        <w:spacing w:before="160" w:after="40"/>
      </w:pPr>
    </w:p>
    <w:p w14:paraId="742DBB72" w14:textId="77777777" w:rsidR="006C69F3" w:rsidRDefault="006C69F3">
      <w:pPr>
        <w:spacing w:before="160" w:after="40"/>
      </w:pPr>
    </w:p>
    <w:p w14:paraId="24C489EF" w14:textId="50DE1DE5" w:rsidR="000272C3" w:rsidRDefault="00000000">
      <w:pPr>
        <w:spacing w:before="160" w:after="40"/>
      </w:pPr>
      <w:r>
        <w:rPr>
          <w:b/>
        </w:rPr>
        <w:t>Notes from conversation:</w:t>
      </w:r>
    </w:p>
    <w:p w14:paraId="61627700" w14:textId="77777777" w:rsidR="000272C3" w:rsidRDefault="00000000">
      <w:r>
        <w:br w:type="page"/>
      </w:r>
    </w:p>
    <w:p w14:paraId="197C2421" w14:textId="77777777" w:rsidR="000272C3" w:rsidRDefault="00000000">
      <w:pPr>
        <w:spacing w:before="320" w:after="160"/>
      </w:pPr>
      <w:r>
        <w:rPr>
          <w:b/>
          <w:sz w:val="28"/>
        </w:rPr>
        <w:lastRenderedPageBreak/>
        <w:t>My Financial Planning &amp; Legacy</w:t>
      </w:r>
    </w:p>
    <w:p w14:paraId="4A82B365" w14:textId="77777777" w:rsidR="000272C3" w:rsidRDefault="00000000">
      <w:pPr>
        <w:spacing w:before="240" w:after="80"/>
      </w:pPr>
      <w:r>
        <w:rPr>
          <w:b/>
          <w:sz w:val="22"/>
        </w:rPr>
        <w:t>A. Trusted Person(s)</w:t>
      </w:r>
    </w:p>
    <w:p w14:paraId="13290661" w14:textId="77777777" w:rsidR="000272C3" w:rsidRDefault="00000000">
      <w:pPr>
        <w:spacing w:before="160" w:after="40"/>
      </w:pPr>
      <w:r>
        <w:rPr>
          <w:b/>
        </w:rPr>
        <w:t>Who do you trust to manage your finances if you are unable?</w:t>
      </w:r>
    </w:p>
    <w:p w14:paraId="27E6852A" w14:textId="197CFBC7" w:rsidR="000272C3" w:rsidRDefault="00000000">
      <w:pPr>
        <w:spacing w:after="80"/>
      </w:pPr>
      <w:r>
        <w:t xml:space="preserve">Primary: </w:t>
      </w:r>
    </w:p>
    <w:p w14:paraId="208D34A7" w14:textId="77777777" w:rsidR="006C69F3" w:rsidRDefault="00000000">
      <w:pPr>
        <w:spacing w:after="80"/>
      </w:pPr>
      <w:r>
        <w:t xml:space="preserve">Phone: </w:t>
      </w:r>
    </w:p>
    <w:p w14:paraId="518F7280" w14:textId="6429B059" w:rsidR="000272C3" w:rsidRDefault="00000000">
      <w:pPr>
        <w:spacing w:after="80"/>
      </w:pPr>
      <w:r>
        <w:t xml:space="preserve">Email: </w:t>
      </w:r>
    </w:p>
    <w:p w14:paraId="072874F7" w14:textId="2E5F43B0" w:rsidR="000272C3" w:rsidRDefault="00000000">
      <w:pPr>
        <w:spacing w:after="80"/>
      </w:pPr>
      <w:r>
        <w:t xml:space="preserve">Back-up: </w:t>
      </w:r>
    </w:p>
    <w:p w14:paraId="361BE0C0" w14:textId="17B48C5C" w:rsidR="000272C3" w:rsidRDefault="00000000">
      <w:pPr>
        <w:spacing w:after="80"/>
      </w:pPr>
      <w:r>
        <w:t xml:space="preserve">Phone: </w:t>
      </w:r>
    </w:p>
    <w:p w14:paraId="668A085B" w14:textId="77777777" w:rsidR="000272C3" w:rsidRDefault="00000000">
      <w:pPr>
        <w:spacing w:before="160" w:after="40"/>
      </w:pPr>
      <w:r>
        <w:rPr>
          <w:b/>
        </w:rPr>
        <w:t>Conversation summary:</w:t>
      </w:r>
    </w:p>
    <w:p w14:paraId="3EBBBC92" w14:textId="77777777" w:rsidR="006C69F3" w:rsidRDefault="006C69F3">
      <w:pPr>
        <w:spacing w:before="240" w:after="80"/>
      </w:pPr>
    </w:p>
    <w:p w14:paraId="44B81AA4" w14:textId="04795B99" w:rsidR="000272C3" w:rsidRDefault="00000000">
      <w:pPr>
        <w:spacing w:before="240" w:after="80"/>
      </w:pPr>
      <w:r>
        <w:rPr>
          <w:b/>
          <w:sz w:val="22"/>
        </w:rPr>
        <w:t>B. Legal and Financial Readiness</w:t>
      </w:r>
    </w:p>
    <w:p w14:paraId="65E2D945" w14:textId="77777777" w:rsidR="000272C3" w:rsidRDefault="00000000">
      <w:pPr>
        <w:spacing w:before="160" w:after="40"/>
      </w:pPr>
      <w:r>
        <w:rPr>
          <w:b/>
        </w:rPr>
        <w:t>Documents currently in place (check all that apply):</w:t>
      </w:r>
    </w:p>
    <w:p w14:paraId="4AB62826" w14:textId="7A509C44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Financial Power of Attorney (POA)</w:t>
      </w:r>
    </w:p>
    <w:p w14:paraId="492F0BDA" w14:textId="29720E19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Will</w:t>
      </w:r>
    </w:p>
    <w:p w14:paraId="2CE68011" w14:textId="24B887C7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Living Trust</w:t>
      </w:r>
    </w:p>
    <w:p w14:paraId="21CBC5CC" w14:textId="77777777" w:rsidR="000272C3" w:rsidRDefault="00000000">
      <w:pPr>
        <w:spacing w:before="40" w:after="40"/>
      </w:pPr>
      <w:r>
        <w:t>☐ Transfer on Death (TOD) designations</w:t>
      </w:r>
    </w:p>
    <w:p w14:paraId="216FF0BD" w14:textId="77777777" w:rsidR="000272C3" w:rsidRDefault="00000000">
      <w:pPr>
        <w:spacing w:before="40" w:after="40"/>
      </w:pPr>
      <w:r>
        <w:t>☐ Joint ownership of key accounts</w:t>
      </w:r>
    </w:p>
    <w:p w14:paraId="5E733D07" w14:textId="77777777" w:rsidR="000272C3" w:rsidRDefault="00000000">
      <w:pPr>
        <w:spacing w:before="40" w:after="40"/>
      </w:pPr>
      <w:r>
        <w:t>☐ None completed yet</w:t>
      </w:r>
    </w:p>
    <w:p w14:paraId="05F9227E" w14:textId="77777777" w:rsidR="000272C3" w:rsidRDefault="00000000">
      <w:pPr>
        <w:spacing w:before="160" w:after="40"/>
      </w:pPr>
      <w:r>
        <w:rPr>
          <w:b/>
        </w:rPr>
        <w:t>Details from conversation:</w:t>
      </w:r>
    </w:p>
    <w:p w14:paraId="692C9A25" w14:textId="77777777" w:rsidR="006C69F3" w:rsidRDefault="006C69F3">
      <w:pPr>
        <w:spacing w:before="160" w:after="40"/>
      </w:pPr>
    </w:p>
    <w:p w14:paraId="22FE74F1" w14:textId="7FEE046C" w:rsidR="000272C3" w:rsidRDefault="00000000">
      <w:pPr>
        <w:spacing w:before="160" w:after="40"/>
      </w:pPr>
      <w:r>
        <w:rPr>
          <w:b/>
        </w:rPr>
        <w:t>Next steps (as discussed):</w:t>
      </w:r>
    </w:p>
    <w:p w14:paraId="16D8FC39" w14:textId="77777777" w:rsidR="000272C3" w:rsidRDefault="00000000">
      <w:pPr>
        <w:spacing w:before="40" w:after="40"/>
      </w:pPr>
      <w:r>
        <w:t>☐ Review or update existing POA or Will</w:t>
      </w:r>
    </w:p>
    <w:p w14:paraId="1D50D2CD" w14:textId="77777777" w:rsidR="000272C3" w:rsidRDefault="00000000">
      <w:pPr>
        <w:spacing w:before="40" w:after="40"/>
      </w:pPr>
      <w:r>
        <w:t>☐ Identify alternate decision-maker</w:t>
      </w:r>
    </w:p>
    <w:p w14:paraId="40B3CFE0" w14:textId="77777777" w:rsidR="000272C3" w:rsidRDefault="00000000">
      <w:pPr>
        <w:spacing w:before="40" w:after="40"/>
      </w:pPr>
      <w:r>
        <w:t>☐ Contact attorney or legal aid for document preparation</w:t>
      </w:r>
    </w:p>
    <w:p w14:paraId="4D3A9034" w14:textId="77777777" w:rsidR="000272C3" w:rsidRDefault="00000000">
      <w:pPr>
        <w:spacing w:before="40" w:after="40"/>
      </w:pPr>
      <w:r>
        <w:t>☐ Seek advice on creating or updating a Trust</w:t>
      </w:r>
    </w:p>
    <w:p w14:paraId="5ABAEDD6" w14:textId="6DA2218D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Other: Ensure the central password and account information document is accessible to the financial power of attorney.</w:t>
      </w:r>
    </w:p>
    <w:p w14:paraId="50430781" w14:textId="77777777" w:rsidR="000272C3" w:rsidRDefault="00000000">
      <w:pPr>
        <w:spacing w:before="240" w:after="80"/>
      </w:pPr>
      <w:r>
        <w:rPr>
          <w:b/>
          <w:sz w:val="22"/>
        </w:rPr>
        <w:t>C. Beneficiaries and Account Management</w:t>
      </w:r>
    </w:p>
    <w:p w14:paraId="3683B4C2" w14:textId="77777777" w:rsidR="000272C3" w:rsidRDefault="00000000">
      <w:pPr>
        <w:spacing w:before="160" w:after="40"/>
      </w:pPr>
      <w:r>
        <w:rPr>
          <w:b/>
        </w:rPr>
        <w:t>Status of major accounts and beneficiaries:</w:t>
      </w:r>
    </w:p>
    <w:p w14:paraId="75BA4898" w14:textId="0E5B7D8A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All beneficiaries current and reflect my wishes</w:t>
      </w:r>
    </w:p>
    <w:p w14:paraId="067FF26C" w14:textId="77777777" w:rsidR="000272C3" w:rsidRDefault="00000000">
      <w:pPr>
        <w:spacing w:before="40" w:after="40"/>
      </w:pPr>
      <w:r>
        <w:t>☐ Need to review or update some</w:t>
      </w:r>
    </w:p>
    <w:p w14:paraId="7583CECE" w14:textId="77777777" w:rsidR="000272C3" w:rsidRDefault="00000000">
      <w:pPr>
        <w:spacing w:before="40" w:after="40"/>
      </w:pPr>
      <w:r>
        <w:t>☐ Unsure / need help locating information</w:t>
      </w:r>
    </w:p>
    <w:p w14:paraId="08862349" w14:textId="121E5F5E" w:rsidR="006C69F3" w:rsidRDefault="00000000">
      <w:pPr>
        <w:spacing w:before="160" w:after="40"/>
      </w:pPr>
      <w:r>
        <w:rPr>
          <w:b/>
        </w:rPr>
        <w:t>Notes about specific accounts (bank, insurance, retirement):</w:t>
      </w:r>
    </w:p>
    <w:p w14:paraId="4DAA7D36" w14:textId="77777777" w:rsidR="006C69F3" w:rsidRDefault="006C69F3">
      <w:pPr>
        <w:spacing w:before="160" w:after="40"/>
      </w:pPr>
    </w:p>
    <w:p w14:paraId="380930D5" w14:textId="1D046BDB" w:rsidR="000272C3" w:rsidRDefault="00000000">
      <w:pPr>
        <w:spacing w:before="160" w:after="40"/>
      </w:pPr>
      <w:r>
        <w:rPr>
          <w:b/>
        </w:rPr>
        <w:t>Conversation summary:</w:t>
      </w:r>
    </w:p>
    <w:p w14:paraId="2899B834" w14:textId="77777777" w:rsidR="006C69F3" w:rsidRDefault="006C69F3">
      <w:pPr>
        <w:spacing w:before="240" w:after="80"/>
      </w:pPr>
    </w:p>
    <w:p w14:paraId="379972E1" w14:textId="2092537D" w:rsidR="000272C3" w:rsidRDefault="00000000">
      <w:pPr>
        <w:spacing w:before="240" w:after="80"/>
      </w:pPr>
      <w:r>
        <w:rPr>
          <w:b/>
          <w:sz w:val="22"/>
        </w:rPr>
        <w:lastRenderedPageBreak/>
        <w:t>D. Organizing Financial Information</w:t>
      </w:r>
    </w:p>
    <w:p w14:paraId="14D8EA59" w14:textId="77777777" w:rsidR="000272C3" w:rsidRDefault="00000000">
      <w:pPr>
        <w:spacing w:before="160" w:after="40"/>
      </w:pPr>
      <w:r>
        <w:rPr>
          <w:b/>
        </w:rPr>
        <w:t>Do you have a list of key information (accounts, passwords, insurance details)?</w:t>
      </w:r>
    </w:p>
    <w:p w14:paraId="60A30C2E" w14:textId="77777777" w:rsidR="000272C3" w:rsidRDefault="00000000">
      <w:pPr>
        <w:spacing w:before="40" w:after="40"/>
      </w:pPr>
      <w:r>
        <w:t>☐ Yes – my trusted person knows where it is</w:t>
      </w:r>
    </w:p>
    <w:p w14:paraId="6A173539" w14:textId="32E6FDE7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Yes – but not shared or outdated</w:t>
      </w:r>
    </w:p>
    <w:p w14:paraId="1761B6DB" w14:textId="77777777" w:rsidR="000272C3" w:rsidRDefault="00000000">
      <w:pPr>
        <w:spacing w:before="40" w:after="40"/>
      </w:pPr>
      <w:r>
        <w:t>☐ Not yet created</w:t>
      </w:r>
    </w:p>
    <w:p w14:paraId="1AB0BFA9" w14:textId="77777777" w:rsidR="000272C3" w:rsidRDefault="00000000">
      <w:pPr>
        <w:spacing w:before="160" w:after="40"/>
      </w:pPr>
      <w:r>
        <w:rPr>
          <w:b/>
        </w:rPr>
        <w:t>Where this information can be found:</w:t>
      </w:r>
    </w:p>
    <w:p w14:paraId="47DC1F4F" w14:textId="77777777" w:rsidR="006C69F3" w:rsidRDefault="006C69F3">
      <w:pPr>
        <w:spacing w:before="160" w:after="40"/>
      </w:pPr>
    </w:p>
    <w:p w14:paraId="10AB362D" w14:textId="62A75105" w:rsidR="000272C3" w:rsidRDefault="00000000">
      <w:pPr>
        <w:spacing w:before="160" w:after="40"/>
      </w:pPr>
      <w:r>
        <w:rPr>
          <w:b/>
        </w:rPr>
        <w:t>Additional organization ideas shared in conversation:</w:t>
      </w:r>
    </w:p>
    <w:p w14:paraId="2A55E4CF" w14:textId="77777777" w:rsidR="006C69F3" w:rsidRDefault="006C69F3">
      <w:pPr>
        <w:spacing w:before="240" w:after="80"/>
      </w:pPr>
    </w:p>
    <w:p w14:paraId="1DC36701" w14:textId="62A9E227" w:rsidR="000272C3" w:rsidRDefault="00000000">
      <w:pPr>
        <w:spacing w:before="240" w:after="80"/>
      </w:pPr>
      <w:r>
        <w:rPr>
          <w:b/>
          <w:sz w:val="22"/>
        </w:rPr>
        <w:t>E. Talking with Loved Ones</w:t>
      </w:r>
    </w:p>
    <w:p w14:paraId="6C535698" w14:textId="77777777" w:rsidR="000272C3" w:rsidRDefault="00000000">
      <w:pPr>
        <w:spacing w:before="160" w:after="40"/>
      </w:pPr>
      <w:r>
        <w:rPr>
          <w:b/>
        </w:rPr>
        <w:t>Have you shared your financial wishes with loved ones or trusted helpers?</w:t>
      </w:r>
    </w:p>
    <w:p w14:paraId="542DFF20" w14:textId="77777777" w:rsidR="000272C3" w:rsidRDefault="00000000">
      <w:pPr>
        <w:spacing w:before="40" w:after="40"/>
      </w:pPr>
      <w:r>
        <w:t>☐ Yes – discussed and written down</w:t>
      </w:r>
    </w:p>
    <w:p w14:paraId="03A15CD9" w14:textId="328D7AC2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Yes – discussed, not written</w:t>
      </w:r>
    </w:p>
    <w:p w14:paraId="6073ABB9" w14:textId="77777777" w:rsidR="000272C3" w:rsidRDefault="00000000">
      <w:pPr>
        <w:spacing w:before="40" w:after="40"/>
      </w:pPr>
      <w:r>
        <w:t>☐ Not yet</w:t>
      </w:r>
    </w:p>
    <w:p w14:paraId="508FCF91" w14:textId="77777777" w:rsidR="000272C3" w:rsidRDefault="00000000">
      <w:pPr>
        <w:spacing w:before="160" w:after="40"/>
      </w:pPr>
      <w:r>
        <w:rPr>
          <w:b/>
        </w:rPr>
        <w:t>Notes from discussion:</w:t>
      </w:r>
    </w:p>
    <w:p w14:paraId="582FCCE3" w14:textId="77777777" w:rsidR="006C69F3" w:rsidRDefault="006C69F3">
      <w:pPr>
        <w:spacing w:before="240" w:after="80"/>
      </w:pPr>
    </w:p>
    <w:p w14:paraId="786D2D37" w14:textId="78AB2177" w:rsidR="000272C3" w:rsidRDefault="00000000">
      <w:pPr>
        <w:spacing w:before="240" w:after="80"/>
      </w:pPr>
      <w:r>
        <w:rPr>
          <w:b/>
          <w:sz w:val="22"/>
        </w:rPr>
        <w:t>F. Overall Financial Wishes and Legacy Intentions</w:t>
      </w:r>
    </w:p>
    <w:p w14:paraId="0F6C85BA" w14:textId="77777777" w:rsidR="000272C3" w:rsidRDefault="00000000">
      <w:pPr>
        <w:spacing w:before="160" w:after="40"/>
      </w:pPr>
      <w:r>
        <w:rPr>
          <w:b/>
        </w:rPr>
        <w:t>Summary of what matters most to you about how your financial affairs are handled:</w:t>
      </w:r>
    </w:p>
    <w:p w14:paraId="2D35FCFD" w14:textId="77777777" w:rsidR="006C69F3" w:rsidRDefault="006C69F3">
      <w:pPr>
        <w:spacing w:before="160" w:after="40"/>
      </w:pPr>
    </w:p>
    <w:p w14:paraId="76AF9340" w14:textId="3CD407A4" w:rsidR="000272C3" w:rsidRDefault="00000000">
      <w:pPr>
        <w:spacing w:before="160" w:after="40"/>
      </w:pPr>
      <w:r>
        <w:rPr>
          <w:b/>
        </w:rPr>
        <w:t>Are there personal or sentimental items you want to designate for specific people?</w:t>
      </w:r>
    </w:p>
    <w:p w14:paraId="48B0E846" w14:textId="77777777" w:rsidR="000272C3" w:rsidRDefault="00000000">
      <w:pPr>
        <w:spacing w:before="40" w:after="40"/>
      </w:pPr>
      <w:r>
        <w:t>☐ Yes (list below)</w:t>
      </w:r>
    </w:p>
    <w:p w14:paraId="45CBA02B" w14:textId="77777777" w:rsidR="000272C3" w:rsidRDefault="00000000">
      <w:pPr>
        <w:spacing w:before="40" w:after="40"/>
      </w:pPr>
      <w:r>
        <w:t>☐ No specific designations needed</w:t>
      </w:r>
    </w:p>
    <w:p w14:paraId="501281BD" w14:textId="0AEF1C53" w:rsidR="000272C3" w:rsidRDefault="006C69F3" w:rsidP="00E17CB6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Not yet decided</w:t>
      </w:r>
    </w:p>
    <w:p w14:paraId="71080261" w14:textId="77777777" w:rsidR="000272C3" w:rsidRDefault="00000000">
      <w:pPr>
        <w:spacing w:before="320" w:after="160"/>
      </w:pPr>
      <w:r>
        <w:rPr>
          <w:b/>
          <w:sz w:val="28"/>
        </w:rPr>
        <w:t>My Funeral &amp; Memorial Plans</w:t>
      </w:r>
    </w:p>
    <w:p w14:paraId="5B503175" w14:textId="77777777" w:rsidR="000272C3" w:rsidRDefault="00000000">
      <w:pPr>
        <w:spacing w:before="160" w:after="40"/>
      </w:pPr>
      <w:r>
        <w:rPr>
          <w:b/>
        </w:rPr>
        <w:t>Type of service you prefer:</w:t>
      </w:r>
    </w:p>
    <w:p w14:paraId="2E8636D6" w14:textId="77777777" w:rsidR="000272C3" w:rsidRDefault="00000000">
      <w:pPr>
        <w:spacing w:before="40" w:after="40"/>
      </w:pPr>
      <w:r>
        <w:t>☐ Funeral service</w:t>
      </w:r>
    </w:p>
    <w:p w14:paraId="6DF287B5" w14:textId="77777777" w:rsidR="000272C3" w:rsidRDefault="00000000">
      <w:pPr>
        <w:spacing w:before="40" w:after="40"/>
      </w:pPr>
      <w:r>
        <w:t>☐ Memorial service</w:t>
      </w:r>
    </w:p>
    <w:p w14:paraId="0C4D0E0A" w14:textId="1778041F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Celebration of Life</w:t>
      </w:r>
    </w:p>
    <w:p w14:paraId="03203CAD" w14:textId="77777777" w:rsidR="000272C3" w:rsidRDefault="00000000">
      <w:pPr>
        <w:spacing w:before="40" w:after="40"/>
      </w:pPr>
      <w:r>
        <w:t>☐ Other: ____________________</w:t>
      </w:r>
    </w:p>
    <w:p w14:paraId="06C45E51" w14:textId="77777777" w:rsidR="000272C3" w:rsidRDefault="00000000">
      <w:pPr>
        <w:spacing w:before="160" w:after="40"/>
      </w:pPr>
      <w:r>
        <w:rPr>
          <w:b/>
        </w:rPr>
        <w:t>Body preference:</w:t>
      </w:r>
    </w:p>
    <w:p w14:paraId="3662F603" w14:textId="77777777" w:rsidR="000272C3" w:rsidRDefault="00000000">
      <w:pPr>
        <w:spacing w:before="40" w:after="40"/>
      </w:pPr>
      <w:r>
        <w:t>☐ Burial (location: ____________________)</w:t>
      </w:r>
    </w:p>
    <w:p w14:paraId="0D849E7C" w14:textId="77777777" w:rsidR="000272C3" w:rsidRDefault="00000000">
      <w:pPr>
        <w:spacing w:before="40" w:after="40"/>
      </w:pPr>
      <w:r>
        <w:t>☐ Cremation (____________________)</w:t>
      </w:r>
    </w:p>
    <w:p w14:paraId="33C0B797" w14:textId="77777777" w:rsidR="000272C3" w:rsidRDefault="00000000">
      <w:pPr>
        <w:spacing w:before="40" w:after="40"/>
      </w:pPr>
      <w:r>
        <w:t>☐ Donation to science</w:t>
      </w:r>
    </w:p>
    <w:p w14:paraId="034FECB5" w14:textId="2830E1EC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Undecided</w:t>
      </w:r>
    </w:p>
    <w:p w14:paraId="2C388EDB" w14:textId="77777777" w:rsidR="000272C3" w:rsidRDefault="00000000">
      <w:pPr>
        <w:spacing w:before="160" w:after="40"/>
      </w:pPr>
      <w:r>
        <w:rPr>
          <w:b/>
        </w:rPr>
        <w:t>Summary of conversation:</w:t>
      </w:r>
    </w:p>
    <w:p w14:paraId="27629C2C" w14:textId="77777777" w:rsidR="006C69F3" w:rsidRDefault="006C69F3">
      <w:pPr>
        <w:spacing w:before="160" w:after="40"/>
      </w:pPr>
    </w:p>
    <w:p w14:paraId="2CA096C0" w14:textId="7657F518" w:rsidR="000272C3" w:rsidRDefault="00000000">
      <w:pPr>
        <w:spacing w:before="160" w:after="40"/>
      </w:pPr>
      <w:r>
        <w:rPr>
          <w:b/>
        </w:rPr>
        <w:t>Special requests or details:</w:t>
      </w:r>
    </w:p>
    <w:p w14:paraId="27C4070A" w14:textId="0D0E009B" w:rsidR="000272C3" w:rsidRDefault="00000000">
      <w:r>
        <w:rPr>
          <w:b/>
        </w:rPr>
        <w:t xml:space="preserve">Preferred location: </w:t>
      </w:r>
    </w:p>
    <w:p w14:paraId="264EC275" w14:textId="6D39EBC2" w:rsidR="000272C3" w:rsidRDefault="00000000">
      <w:r>
        <w:rPr>
          <w:b/>
        </w:rPr>
        <w:t xml:space="preserve">Leader of service: </w:t>
      </w:r>
    </w:p>
    <w:p w14:paraId="3686C258" w14:textId="62166D2E" w:rsidR="000272C3" w:rsidRDefault="00000000">
      <w:r>
        <w:rPr>
          <w:b/>
        </w:rPr>
        <w:t xml:space="preserve">Music/Readings: </w:t>
      </w:r>
    </w:p>
    <w:p w14:paraId="6ADA7A84" w14:textId="116779B8" w:rsidR="000272C3" w:rsidRDefault="00000000">
      <w:r>
        <w:rPr>
          <w:b/>
        </w:rPr>
        <w:t xml:space="preserve">Appearance/Clothing: </w:t>
      </w:r>
    </w:p>
    <w:p w14:paraId="5A9AFDE8" w14:textId="49B552EC" w:rsidR="000272C3" w:rsidRDefault="00000000">
      <w:r>
        <w:rPr>
          <w:b/>
        </w:rPr>
        <w:t xml:space="preserve">Charities for donations: </w:t>
      </w:r>
    </w:p>
    <w:p w14:paraId="070B92F6" w14:textId="77777777" w:rsidR="000272C3" w:rsidRDefault="00000000">
      <w:pPr>
        <w:spacing w:before="160" w:after="40"/>
      </w:pPr>
      <w:r>
        <w:rPr>
          <w:b/>
        </w:rPr>
        <w:t>Funeral cost planning:</w:t>
      </w:r>
    </w:p>
    <w:p w14:paraId="6211AD80" w14:textId="77777777" w:rsidR="000272C3" w:rsidRDefault="00000000">
      <w:pPr>
        <w:spacing w:before="40" w:after="40"/>
      </w:pPr>
      <w:r>
        <w:t>☐ Pre-paid plan</w:t>
      </w:r>
    </w:p>
    <w:p w14:paraId="5B39E1F0" w14:textId="77777777" w:rsidR="000272C3" w:rsidRDefault="00000000">
      <w:pPr>
        <w:spacing w:before="40" w:after="40"/>
      </w:pPr>
      <w:r>
        <w:t>☐ Family aware of funding</w:t>
      </w:r>
    </w:p>
    <w:p w14:paraId="569D973E" w14:textId="288C2413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Needs discussion</w:t>
      </w:r>
    </w:p>
    <w:p w14:paraId="76C0044E" w14:textId="77777777" w:rsidR="000272C3" w:rsidRDefault="00000000">
      <w:pPr>
        <w:spacing w:before="160" w:after="40"/>
      </w:pPr>
      <w:r>
        <w:rPr>
          <w:b/>
        </w:rPr>
        <w:t>Additional notes:</w:t>
      </w:r>
    </w:p>
    <w:p w14:paraId="6B446B72" w14:textId="77777777" w:rsidR="006C69F3" w:rsidRDefault="006C69F3">
      <w:pPr>
        <w:spacing w:before="320" w:after="160"/>
      </w:pPr>
    </w:p>
    <w:p w14:paraId="17A602AE" w14:textId="2350BBE1" w:rsidR="000272C3" w:rsidRDefault="00000000">
      <w:pPr>
        <w:spacing w:before="320" w:after="160"/>
      </w:pPr>
      <w:r>
        <w:rPr>
          <w:b/>
          <w:sz w:val="28"/>
        </w:rPr>
        <w:t>My Values &amp; Life Reflections</w:t>
      </w:r>
    </w:p>
    <w:p w14:paraId="56C18DCC" w14:textId="77777777" w:rsidR="000272C3" w:rsidRDefault="00000000">
      <w:pPr>
        <w:spacing w:before="160" w:after="40"/>
      </w:pPr>
      <w:r>
        <w:rPr>
          <w:b/>
        </w:rPr>
        <w:t>What matters most to me about how I live and am remembered:</w:t>
      </w:r>
    </w:p>
    <w:p w14:paraId="7A661FE8" w14:textId="77777777" w:rsidR="006C69F3" w:rsidRDefault="006C69F3">
      <w:pPr>
        <w:spacing w:before="160" w:after="40"/>
      </w:pPr>
    </w:p>
    <w:p w14:paraId="2536E9EE" w14:textId="3ADAE3E8" w:rsidR="000272C3" w:rsidRDefault="00000000">
      <w:pPr>
        <w:spacing w:before="160" w:after="40"/>
      </w:pPr>
      <w:r>
        <w:rPr>
          <w:b/>
        </w:rPr>
        <w:t>What gives my life meaning and joy:</w:t>
      </w:r>
    </w:p>
    <w:p w14:paraId="324F9578" w14:textId="77777777" w:rsidR="006C69F3" w:rsidRDefault="006C69F3">
      <w:pPr>
        <w:spacing w:before="160" w:after="40"/>
      </w:pPr>
    </w:p>
    <w:p w14:paraId="450867F6" w14:textId="3AE30550" w:rsidR="000272C3" w:rsidRDefault="00000000">
      <w:pPr>
        <w:spacing w:before="160" w:after="40"/>
      </w:pPr>
      <w:r>
        <w:rPr>
          <w:b/>
        </w:rPr>
        <w:t>What I hope my family and friends remember most:</w:t>
      </w:r>
    </w:p>
    <w:p w14:paraId="76042B24" w14:textId="77777777" w:rsidR="006C69F3" w:rsidRDefault="006C69F3">
      <w:pPr>
        <w:spacing w:before="320" w:after="160"/>
      </w:pPr>
    </w:p>
    <w:p w14:paraId="1BE6F477" w14:textId="3225FA68" w:rsidR="000272C3" w:rsidRDefault="00000000">
      <w:pPr>
        <w:spacing w:before="320" w:after="160"/>
      </w:pPr>
      <w:r>
        <w:rPr>
          <w:b/>
          <w:sz w:val="28"/>
        </w:rPr>
        <w:t>Next Steps &amp; Resources</w:t>
      </w:r>
    </w:p>
    <w:p w14:paraId="063D4164" w14:textId="77777777" w:rsidR="000272C3" w:rsidRDefault="00000000">
      <w:pPr>
        <w:spacing w:before="160" w:after="40"/>
      </w:pPr>
      <w:r>
        <w:rPr>
          <w:b/>
        </w:rPr>
        <w:t>From today's conversation, the next steps we identified:</w:t>
      </w:r>
    </w:p>
    <w:p w14:paraId="770249BB" w14:textId="77777777" w:rsidR="000272C3" w:rsidRDefault="00000000">
      <w:pPr>
        <w:spacing w:before="40" w:after="40"/>
      </w:pPr>
      <w:r>
        <w:t>☐ Update or create a Health Care Power of Attorney (POA) or Living Will</w:t>
      </w:r>
    </w:p>
    <w:p w14:paraId="2DD371D0" w14:textId="2425BEE1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Provide copies of my Health Care POA and Living Will to my health care team</w:t>
      </w:r>
    </w:p>
    <w:p w14:paraId="23C1FB2D" w14:textId="77777777" w:rsidR="000272C3" w:rsidRDefault="00000000">
      <w:pPr>
        <w:spacing w:before="40" w:after="40"/>
      </w:pPr>
      <w:r>
        <w:t>☐ Complete or update Financial Power of Attorney / Will / Trust</w:t>
      </w:r>
    </w:p>
    <w:p w14:paraId="63CDB32E" w14:textId="36D87270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Review and update beneficiaries on insurance, retirement, and bank accounts</w:t>
      </w:r>
    </w:p>
    <w:p w14:paraId="655FD0A3" w14:textId="77777777" w:rsidR="000272C3" w:rsidRDefault="00000000">
      <w:pPr>
        <w:spacing w:before="40" w:after="40"/>
      </w:pPr>
      <w:r>
        <w:t>☐ Create or update a list of key financial information and tell my trusted person where it's stored</w:t>
      </w:r>
    </w:p>
    <w:p w14:paraId="27D3F0C2" w14:textId="3FAA28B1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Talk with my loved ones about my wishes for health, finances, and funeral planning</w:t>
      </w:r>
    </w:p>
    <w:p w14:paraId="08C7F967" w14:textId="38FE5E39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Store all important documents safely in a clearly labeled folder or binder at home</w:t>
      </w:r>
    </w:p>
    <w:p w14:paraId="7AB79D5C" w14:textId="6DBEC938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Review all plans annually or after major life events</w:t>
      </w:r>
    </w:p>
    <w:p w14:paraId="711CD46B" w14:textId="08C23CB8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Explore funeral or memorial pre-planning options</w:t>
      </w:r>
    </w:p>
    <w:p w14:paraId="7A0E12C4" w14:textId="3327A588" w:rsidR="000272C3" w:rsidRDefault="006C69F3">
      <w:pPr>
        <w:spacing w:before="40" w:after="4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000000">
        <w:t>Ensure the central password and account information document is accessible to the financial power of attorney.</w:t>
      </w:r>
    </w:p>
    <w:p w14:paraId="08F2D9D3" w14:textId="77777777" w:rsidR="000272C3" w:rsidRDefault="00000000">
      <w:pPr>
        <w:spacing w:before="160" w:after="40"/>
      </w:pPr>
      <w:r>
        <w:rPr>
          <w:b/>
        </w:rPr>
        <w:t>Facilitator Summary or Recommendations:</w:t>
      </w:r>
    </w:p>
    <w:p w14:paraId="679B276D" w14:textId="13061A44" w:rsidR="000272C3" w:rsidRDefault="000272C3">
      <w:pPr>
        <w:spacing w:after="80"/>
      </w:pPr>
    </w:p>
    <w:sectPr w:rsidR="000272C3" w:rsidSect="00E17CB6">
      <w:pgSz w:w="12240" w:h="15840"/>
      <w:pgMar w:top="864" w:right="1080" w:bottom="66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5717742">
    <w:abstractNumId w:val="8"/>
  </w:num>
  <w:num w:numId="2" w16cid:durableId="1917127559">
    <w:abstractNumId w:val="6"/>
  </w:num>
  <w:num w:numId="3" w16cid:durableId="1020737124">
    <w:abstractNumId w:val="5"/>
  </w:num>
  <w:num w:numId="4" w16cid:durableId="1276134554">
    <w:abstractNumId w:val="4"/>
  </w:num>
  <w:num w:numId="5" w16cid:durableId="2062167164">
    <w:abstractNumId w:val="7"/>
  </w:num>
  <w:num w:numId="6" w16cid:durableId="1931037083">
    <w:abstractNumId w:val="3"/>
  </w:num>
  <w:num w:numId="7" w16cid:durableId="1328363073">
    <w:abstractNumId w:val="2"/>
  </w:num>
  <w:num w:numId="8" w16cid:durableId="587468392">
    <w:abstractNumId w:val="1"/>
  </w:num>
  <w:num w:numId="9" w16cid:durableId="162229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2C3"/>
    <w:rsid w:val="00034616"/>
    <w:rsid w:val="0006063C"/>
    <w:rsid w:val="00125D1E"/>
    <w:rsid w:val="0015074B"/>
    <w:rsid w:val="0029639D"/>
    <w:rsid w:val="00326F90"/>
    <w:rsid w:val="005B3E36"/>
    <w:rsid w:val="006C69F3"/>
    <w:rsid w:val="008C6ABD"/>
    <w:rsid w:val="00AA1D8D"/>
    <w:rsid w:val="00B47730"/>
    <w:rsid w:val="00CB0664"/>
    <w:rsid w:val="00E17C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E0E51D"/>
  <w14:defaultImageDpi w14:val="300"/>
  <w15:docId w15:val="{75FD63F1-35FA-F84D-94FA-09759AB7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696</Words>
  <Characters>3665</Characters>
  <Application>Microsoft Office Word</Application>
  <DocSecurity>0</DocSecurity>
  <Lines>83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Fernandes, Steven L.</cp:lastModifiedBy>
  <cp:revision>3</cp:revision>
  <dcterms:created xsi:type="dcterms:W3CDTF">2026-04-11T20:33:00Z</dcterms:created>
  <dcterms:modified xsi:type="dcterms:W3CDTF">2026-04-11T20:34:00Z</dcterms:modified>
  <cp:category/>
</cp:coreProperties>
</file>